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AD017" w14:textId="77777777" w:rsidR="00BD3FBD" w:rsidRPr="005624E6" w:rsidRDefault="00007ECB">
      <w:pPr>
        <w:spacing w:after="160"/>
        <w:jc w:val="center"/>
        <w:rPr>
          <w:lang w:val="bs-Latn-BA"/>
        </w:rPr>
      </w:pPr>
      <w:r w:rsidRPr="005624E6">
        <w:rPr>
          <w:noProof/>
          <w:lang w:val="bs-Latn-BA"/>
        </w:rPr>
        <w:drawing>
          <wp:inline distT="0" distB="0" distL="0" distR="0" wp14:anchorId="49983236" wp14:editId="3D851240">
            <wp:extent cx="6192000" cy="766714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76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DD6A7" w14:textId="77777777" w:rsidR="00BD3FBD" w:rsidRPr="005624E6" w:rsidRDefault="00007ECB">
      <w:pPr>
        <w:pStyle w:val="GSTitle"/>
        <w:jc w:val="center"/>
        <w:rPr>
          <w:lang w:val="bs-Latn-BA"/>
        </w:rPr>
      </w:pPr>
      <w:r w:rsidRPr="005624E6">
        <w:rPr>
          <w:lang w:val="bs-Latn-BA"/>
        </w:rPr>
        <w:t>JAVNI POZIV ZA NEZAPOSLENE OSOBE IZ VISOKOG, BREZE I KAKNJA</w:t>
      </w:r>
    </w:p>
    <w:p w14:paraId="14B08569" w14:textId="77777777" w:rsidR="00BD3FBD" w:rsidRPr="005624E6" w:rsidRDefault="00007ECB">
      <w:pPr>
        <w:pStyle w:val="GSSubtitle"/>
        <w:jc w:val="center"/>
        <w:rPr>
          <w:color w:val="388600"/>
          <w:lang w:val="bs-Latn-BA"/>
        </w:rPr>
      </w:pPr>
      <w:r w:rsidRPr="005624E6">
        <w:rPr>
          <w:color w:val="388600"/>
          <w:lang w:val="bs-Latn-BA"/>
        </w:rPr>
        <w:t>Želiš posao, novo zanimanje ili pokrenuti vlastiti posao?</w:t>
      </w:r>
    </w:p>
    <w:p w14:paraId="52FABE39" w14:textId="77777777" w:rsidR="00BD3FBD" w:rsidRPr="005624E6" w:rsidRDefault="00007ECB">
      <w:pPr>
        <w:spacing w:after="120"/>
        <w:jc w:val="center"/>
        <w:rPr>
          <w:lang w:val="bs-Latn-BA"/>
        </w:rPr>
      </w:pPr>
      <w:r w:rsidRPr="005624E6">
        <w:rPr>
          <w:sz w:val="23"/>
          <w:lang w:val="bs-Latn-BA"/>
        </w:rPr>
        <w:t xml:space="preserve">Prijavi se za učešće u projektu </w:t>
      </w:r>
      <w:r w:rsidRPr="005624E6">
        <w:rPr>
          <w:b/>
          <w:color w:val="388600"/>
          <w:sz w:val="23"/>
          <w:lang w:val="bs-Latn-BA"/>
        </w:rPr>
        <w:t>GreenSTART</w:t>
      </w:r>
      <w:r w:rsidRPr="005624E6">
        <w:rPr>
          <w:sz w:val="23"/>
          <w:lang w:val="bs-Latn-BA"/>
        </w:rPr>
        <w:t xml:space="preserve"> i iskoristi priliku za podršku, savjetovanje i obuke koje ti mogu pomoći na putu do zaposlenja ili samozapošljavanja.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BD3FBD" w:rsidRPr="005624E6" w14:paraId="25BEF037" w14:textId="77777777">
        <w:trPr>
          <w:jc w:val="center"/>
        </w:trPr>
        <w:tc>
          <w:tcPr>
            <w:tcW w:w="10312" w:type="dxa"/>
            <w:shd w:val="clear" w:color="auto" w:fill="EEF7E9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78606992" w14:textId="77777777" w:rsidR="00BD3FBD" w:rsidRPr="005624E6" w:rsidRDefault="00007ECB">
            <w:pPr>
              <w:spacing w:after="0"/>
              <w:jc w:val="center"/>
              <w:rPr>
                <w:lang w:val="bs-Latn-BA"/>
              </w:rPr>
            </w:pPr>
            <w:r w:rsidRPr="005624E6">
              <w:rPr>
                <w:b/>
                <w:color w:val="auto"/>
                <w:sz w:val="23"/>
                <w:lang w:val="bs-Latn-BA"/>
              </w:rPr>
              <w:t>SVE OBUKE I PODRŠKA U OKVIRU PROJEKTA SU BESPLATNE ZA UČESNIKE.</w:t>
            </w:r>
          </w:p>
        </w:tc>
      </w:tr>
    </w:tbl>
    <w:p w14:paraId="27F29ACD" w14:textId="77777777" w:rsidR="005624E6" w:rsidRPr="00C8599F" w:rsidRDefault="005624E6">
      <w:pPr>
        <w:pStyle w:val="GSHeading"/>
        <w:rPr>
          <w:sz w:val="12"/>
          <w:szCs w:val="12"/>
          <w:lang w:val="bs-Latn-BA"/>
        </w:rPr>
      </w:pPr>
    </w:p>
    <w:p w14:paraId="3F8A719F" w14:textId="2F1A4A09" w:rsidR="00C8599F" w:rsidRPr="00C8599F" w:rsidRDefault="00007ECB" w:rsidP="00C8599F">
      <w:pPr>
        <w:pStyle w:val="GSHeading"/>
        <w:rPr>
          <w:u w:val="single"/>
          <w:lang w:val="bs-Latn-BA"/>
        </w:rPr>
      </w:pPr>
      <w:r w:rsidRPr="005624E6">
        <w:rPr>
          <w:u w:val="single"/>
          <w:lang w:val="bs-Latn-BA"/>
        </w:rPr>
        <w:t xml:space="preserve">Šta možeš dobiti kroz </w:t>
      </w:r>
      <w:r w:rsidR="005624E6" w:rsidRPr="005624E6">
        <w:rPr>
          <w:u w:val="single"/>
          <w:lang w:val="bs-Latn-BA"/>
        </w:rPr>
        <w:t xml:space="preserve">projekat </w:t>
      </w:r>
      <w:r w:rsidRPr="005624E6">
        <w:rPr>
          <w:u w:val="single"/>
          <w:lang w:val="bs-Latn-BA"/>
        </w:rPr>
        <w:t>GreenSTART?</w:t>
      </w:r>
    </w:p>
    <w:p w14:paraId="39D37D92" w14:textId="6693F54B" w:rsidR="00BD3FBD" w:rsidRPr="005624E6" w:rsidRDefault="005624E6">
      <w:pPr>
        <w:pStyle w:val="GSItem"/>
        <w:ind w:left="57"/>
        <w:rPr>
          <w:lang w:val="bs-Latn-BA"/>
        </w:rPr>
      </w:pPr>
      <w:r w:rsidRPr="005624E6">
        <w:rPr>
          <w:lang w:val="bs-Latn-BA"/>
        </w:rPr>
        <w:t>Savjetovanje i pomoć da odabereš pravi put do zaposlenja</w:t>
      </w:r>
    </w:p>
    <w:p w14:paraId="01851918" w14:textId="71266CFF" w:rsidR="00BD3FBD" w:rsidRPr="005624E6" w:rsidRDefault="00007ECB">
      <w:pPr>
        <w:spacing w:after="80"/>
        <w:ind w:left="283"/>
        <w:rPr>
          <w:lang w:val="bs-Latn-BA"/>
        </w:rPr>
      </w:pPr>
      <w:r w:rsidRPr="005624E6">
        <w:rPr>
          <w:lang w:val="bs-Latn-BA"/>
        </w:rPr>
        <w:t xml:space="preserve">Nisi siguran/a šta dalje? Naš tim će ti pomoći da </w:t>
      </w:r>
      <w:r w:rsidRPr="005624E6">
        <w:rPr>
          <w:b/>
          <w:bCs/>
          <w:lang w:val="bs-Latn-BA"/>
        </w:rPr>
        <w:t xml:space="preserve">prepoznaš svoje vještine i mogućnosti i odabereš </w:t>
      </w:r>
      <w:r w:rsidR="001B116B">
        <w:rPr>
          <w:b/>
          <w:bCs/>
          <w:lang w:val="bs-Latn-BA"/>
        </w:rPr>
        <w:t>vrstu podrške</w:t>
      </w:r>
      <w:r w:rsidR="005624E6" w:rsidRPr="005624E6">
        <w:rPr>
          <w:lang w:val="bs-Latn-BA"/>
        </w:rPr>
        <w:t xml:space="preserve"> koja </w:t>
      </w:r>
      <w:r w:rsidRPr="005624E6">
        <w:rPr>
          <w:lang w:val="bs-Latn-BA"/>
        </w:rPr>
        <w:t>ti najviše odgovara.</w:t>
      </w:r>
    </w:p>
    <w:p w14:paraId="4A360338" w14:textId="77777777" w:rsidR="005624E6" w:rsidRPr="00C8599F" w:rsidRDefault="005624E6">
      <w:pPr>
        <w:pStyle w:val="GSItem"/>
        <w:ind w:left="57"/>
        <w:rPr>
          <w:sz w:val="8"/>
          <w:szCs w:val="8"/>
          <w:lang w:val="bs-Latn-BA"/>
        </w:rPr>
      </w:pPr>
    </w:p>
    <w:p w14:paraId="6A205308" w14:textId="19D6382E" w:rsidR="00BD3FBD" w:rsidRPr="005624E6" w:rsidRDefault="00007ECB">
      <w:pPr>
        <w:pStyle w:val="GSItem"/>
        <w:ind w:left="57"/>
        <w:rPr>
          <w:lang w:val="bs-Latn-BA"/>
        </w:rPr>
      </w:pPr>
      <w:r w:rsidRPr="005624E6">
        <w:rPr>
          <w:lang w:val="bs-Latn-BA"/>
        </w:rPr>
        <w:t>Besplatnu obuku za tražena zanimanja</w:t>
      </w:r>
    </w:p>
    <w:p w14:paraId="751E4547" w14:textId="77777777" w:rsidR="00BD3FBD" w:rsidRPr="005624E6" w:rsidRDefault="00007ECB">
      <w:pPr>
        <w:spacing w:after="80"/>
        <w:ind w:left="283"/>
        <w:rPr>
          <w:lang w:val="bs-Latn-BA"/>
        </w:rPr>
      </w:pPr>
      <w:r w:rsidRPr="005624E6">
        <w:rPr>
          <w:lang w:val="bs-Latn-BA"/>
        </w:rPr>
        <w:t xml:space="preserve">Želiš </w:t>
      </w:r>
      <w:r w:rsidRPr="005624E6">
        <w:rPr>
          <w:b/>
          <w:bCs/>
          <w:lang w:val="bs-Latn-BA"/>
        </w:rPr>
        <w:t>promijeniti zanimanje ili steći nove praktične vještine</w:t>
      </w:r>
      <w:r w:rsidRPr="005624E6">
        <w:rPr>
          <w:lang w:val="bs-Latn-BA"/>
        </w:rPr>
        <w:t>? Možeš se besplatno obučiti za neko od zanimanja za kojima postoji potražnja na lokalnom tržištu rada: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BD3FBD" w:rsidRPr="005624E6" w14:paraId="3E77EEEC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2554A543" w14:textId="722A949B" w:rsidR="00BD3FBD" w:rsidRPr="005624E6" w:rsidRDefault="005624E6" w:rsidP="00C8599F">
            <w:pPr>
              <w:spacing w:after="0" w:line="240" w:lineRule="auto"/>
              <w:rPr>
                <w:lang w:val="bs-Latn-BA"/>
              </w:rPr>
            </w:pPr>
            <w:r w:rsidRPr="005624E6">
              <w:rPr>
                <w:b/>
                <w:color w:val="4CA92B"/>
                <w:lang w:val="bs-Latn-BA"/>
              </w:rPr>
              <w:t xml:space="preserve">         ✓ </w:t>
            </w:r>
            <w:r w:rsidRPr="005624E6">
              <w:rPr>
                <w:b/>
                <w:color w:val="003466"/>
                <w:lang w:val="bs-Latn-BA"/>
              </w:rPr>
              <w:t>zidar/fasader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3B54C78B" w14:textId="5A06A847" w:rsidR="00BD3FBD" w:rsidRPr="005624E6" w:rsidRDefault="00BD3FBD">
            <w:pPr>
              <w:spacing w:after="0"/>
              <w:rPr>
                <w:lang w:val="bs-Latn-BA"/>
              </w:rPr>
            </w:pPr>
          </w:p>
        </w:tc>
      </w:tr>
      <w:tr w:rsidR="00C8599F" w:rsidRPr="005624E6" w14:paraId="36A45CBE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4C66556C" w14:textId="7F2016DC" w:rsidR="00C8599F" w:rsidRPr="005624E6" w:rsidRDefault="00C8599F" w:rsidP="00C8599F">
            <w:pPr>
              <w:spacing w:after="0" w:line="240" w:lineRule="auto"/>
              <w:rPr>
                <w:b/>
                <w:color w:val="4CA92B"/>
                <w:lang w:val="bs-Latn-BA"/>
              </w:rPr>
            </w:pPr>
            <w:r w:rsidRPr="005624E6">
              <w:rPr>
                <w:rFonts w:ascii="Segoe UI Symbol" w:hAnsi="Segoe UI Symbol" w:cs="Segoe UI Symbol"/>
                <w:b/>
                <w:color w:val="4CA92B"/>
                <w:lang w:val="bs-Latn-BA"/>
              </w:rPr>
              <w:t xml:space="preserve">         ✓</w:t>
            </w:r>
            <w:r w:rsidRPr="005624E6">
              <w:rPr>
                <w:b/>
                <w:color w:val="4CA92B"/>
                <w:lang w:val="bs-Latn-BA"/>
              </w:rPr>
              <w:t xml:space="preserve"> </w:t>
            </w:r>
            <w:r w:rsidRPr="005624E6">
              <w:rPr>
                <w:b/>
                <w:color w:val="003466"/>
                <w:lang w:val="bs-Latn-BA"/>
              </w:rPr>
              <w:t>moler/farbar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0CE7E0B6" w14:textId="77777777" w:rsidR="00C8599F" w:rsidRPr="005624E6" w:rsidRDefault="00C8599F">
            <w:pPr>
              <w:spacing w:after="0"/>
              <w:rPr>
                <w:lang w:val="bs-Latn-BA"/>
              </w:rPr>
            </w:pPr>
          </w:p>
        </w:tc>
      </w:tr>
      <w:tr w:rsidR="00BD3FBD" w:rsidRPr="005624E6" w14:paraId="08C2BE19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1A159BE5" w14:textId="2389A278" w:rsidR="00BD3FBD" w:rsidRPr="005624E6" w:rsidRDefault="005624E6" w:rsidP="00C8599F">
            <w:pPr>
              <w:spacing w:after="0" w:line="240" w:lineRule="auto"/>
              <w:rPr>
                <w:lang w:val="bs-Latn-BA"/>
              </w:rPr>
            </w:pPr>
            <w:r w:rsidRPr="005624E6">
              <w:rPr>
                <w:b/>
                <w:color w:val="4CA92B"/>
                <w:lang w:val="bs-Latn-BA"/>
              </w:rPr>
              <w:t xml:space="preserve">         ✓ </w:t>
            </w:r>
            <w:r w:rsidRPr="005624E6">
              <w:rPr>
                <w:b/>
                <w:color w:val="003466"/>
                <w:lang w:val="bs-Latn-BA"/>
              </w:rPr>
              <w:t>stolar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4A0A5098" w14:textId="4C72858F" w:rsidR="00BD3FBD" w:rsidRPr="005624E6" w:rsidRDefault="00BD3FBD">
            <w:pPr>
              <w:spacing w:after="0"/>
              <w:rPr>
                <w:lang w:val="bs-Latn-BA"/>
              </w:rPr>
            </w:pPr>
          </w:p>
        </w:tc>
      </w:tr>
      <w:tr w:rsidR="00BD3FBD" w:rsidRPr="005624E6" w14:paraId="7D89EC2C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3203879F" w14:textId="188DAF5E" w:rsidR="00BD3FBD" w:rsidRPr="005624E6" w:rsidRDefault="005624E6" w:rsidP="00C8599F">
            <w:pPr>
              <w:spacing w:after="0" w:line="240" w:lineRule="auto"/>
              <w:rPr>
                <w:lang w:val="bs-Latn-BA"/>
              </w:rPr>
            </w:pPr>
            <w:r w:rsidRPr="005624E6">
              <w:rPr>
                <w:b/>
                <w:color w:val="4CA92B"/>
                <w:lang w:val="bs-Latn-BA"/>
              </w:rPr>
              <w:t xml:space="preserve">         ✓ </w:t>
            </w:r>
            <w:r w:rsidR="00C8599F" w:rsidRPr="00C8599F">
              <w:rPr>
                <w:b/>
                <w:color w:val="1F497D" w:themeColor="text2"/>
                <w:lang w:val="bs-Latn-BA"/>
              </w:rPr>
              <w:t>bravar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4C769DA0" w14:textId="607AA0A7" w:rsidR="00BD3FBD" w:rsidRPr="005624E6" w:rsidRDefault="00BD3FBD">
            <w:pPr>
              <w:spacing w:after="0"/>
              <w:rPr>
                <w:lang w:val="bs-Latn-BA"/>
              </w:rPr>
            </w:pPr>
          </w:p>
        </w:tc>
      </w:tr>
      <w:tr w:rsidR="005624E6" w:rsidRPr="005624E6" w14:paraId="4F9AFD75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2F364727" w14:textId="0BC7C569" w:rsidR="005624E6" w:rsidRPr="005624E6" w:rsidRDefault="005624E6" w:rsidP="00C8599F">
            <w:pPr>
              <w:spacing w:after="0" w:line="240" w:lineRule="auto"/>
              <w:rPr>
                <w:lang w:val="bs-Latn-BA"/>
              </w:rPr>
            </w:pPr>
            <w:r w:rsidRPr="005624E6">
              <w:rPr>
                <w:rFonts w:ascii="Segoe UI Symbol" w:hAnsi="Segoe UI Symbol" w:cs="Segoe UI Symbol"/>
                <w:b/>
                <w:color w:val="4CA92B"/>
                <w:lang w:val="bs-Latn-BA"/>
              </w:rPr>
              <w:t xml:space="preserve">         ✓</w:t>
            </w:r>
            <w:r w:rsidRPr="005624E6">
              <w:rPr>
                <w:b/>
                <w:color w:val="4CA92B"/>
                <w:lang w:val="bs-Latn-BA"/>
              </w:rPr>
              <w:t xml:space="preserve"> </w:t>
            </w:r>
            <w:r w:rsidR="00C8599F" w:rsidRPr="005624E6">
              <w:rPr>
                <w:b/>
                <w:color w:val="003466"/>
                <w:lang w:val="bs-Latn-BA"/>
              </w:rPr>
              <w:t>CNC operater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50545DB0" w14:textId="77777777" w:rsidR="005624E6" w:rsidRPr="005624E6" w:rsidRDefault="005624E6" w:rsidP="005624E6">
            <w:pPr>
              <w:rPr>
                <w:lang w:val="bs-Latn-BA"/>
              </w:rPr>
            </w:pPr>
          </w:p>
        </w:tc>
      </w:tr>
      <w:tr w:rsidR="005624E6" w:rsidRPr="005624E6" w14:paraId="2CDA26D5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1F2E3A9A" w14:textId="5359979D" w:rsidR="005624E6" w:rsidRPr="005624E6" w:rsidRDefault="005624E6" w:rsidP="00C8599F">
            <w:pPr>
              <w:spacing w:after="0" w:line="240" w:lineRule="auto"/>
              <w:rPr>
                <w:b/>
                <w:color w:val="4CA92B"/>
                <w:lang w:val="bs-Latn-BA"/>
              </w:rPr>
            </w:pPr>
            <w:r w:rsidRPr="005624E6">
              <w:rPr>
                <w:rFonts w:ascii="Segoe UI Symbol" w:hAnsi="Segoe UI Symbol" w:cs="Segoe UI Symbol"/>
                <w:b/>
                <w:color w:val="4CA92B"/>
                <w:lang w:val="bs-Latn-BA"/>
              </w:rPr>
              <w:t xml:space="preserve">         ✓</w:t>
            </w:r>
            <w:r w:rsidRPr="005624E6">
              <w:rPr>
                <w:b/>
                <w:color w:val="4CA92B"/>
                <w:lang w:val="bs-Latn-BA"/>
              </w:rPr>
              <w:t xml:space="preserve"> </w:t>
            </w:r>
            <w:r w:rsidR="00C8599F">
              <w:rPr>
                <w:b/>
                <w:color w:val="003466"/>
                <w:lang w:val="bs-Latn-BA"/>
              </w:rPr>
              <w:t>krojač/šivač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4B8AF4B2" w14:textId="77777777" w:rsidR="005624E6" w:rsidRPr="005624E6" w:rsidRDefault="005624E6" w:rsidP="005624E6">
            <w:pPr>
              <w:rPr>
                <w:lang w:val="bs-Latn-BA"/>
              </w:rPr>
            </w:pPr>
          </w:p>
        </w:tc>
      </w:tr>
      <w:tr w:rsidR="005624E6" w:rsidRPr="005624E6" w14:paraId="21B63747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130" w:type="dxa"/>
              <w:bottom w:w="55" w:type="dxa"/>
              <w:right w:w="130" w:type="dxa"/>
            </w:tcMar>
          </w:tcPr>
          <w:p w14:paraId="20A645EE" w14:textId="77777777" w:rsidR="005624E6" w:rsidRDefault="005624E6" w:rsidP="00C8599F">
            <w:pPr>
              <w:spacing w:after="0" w:line="240" w:lineRule="auto"/>
              <w:rPr>
                <w:b/>
                <w:color w:val="003466"/>
                <w:lang w:val="bs-Latn-BA"/>
              </w:rPr>
            </w:pPr>
            <w:r w:rsidRPr="005624E6">
              <w:rPr>
                <w:rFonts w:ascii="Segoe UI Symbol" w:hAnsi="Segoe UI Symbol" w:cs="Segoe UI Symbol"/>
                <w:b/>
                <w:color w:val="4CA92B"/>
                <w:lang w:val="bs-Latn-BA"/>
              </w:rPr>
              <w:t xml:space="preserve">         ✓</w:t>
            </w:r>
            <w:r w:rsidRPr="005624E6">
              <w:rPr>
                <w:b/>
                <w:color w:val="4CA92B"/>
                <w:lang w:val="bs-Latn-BA"/>
              </w:rPr>
              <w:t xml:space="preserve"> </w:t>
            </w:r>
            <w:r w:rsidRPr="005624E6">
              <w:rPr>
                <w:b/>
                <w:color w:val="003466"/>
                <w:lang w:val="bs-Latn-BA"/>
              </w:rPr>
              <w:t>poslastičar</w:t>
            </w:r>
          </w:p>
          <w:p w14:paraId="6961AFEE" w14:textId="2CFE2816" w:rsidR="00C8599F" w:rsidRPr="005624E6" w:rsidRDefault="00C8599F" w:rsidP="00C8599F">
            <w:pPr>
              <w:spacing w:after="0" w:line="240" w:lineRule="auto"/>
              <w:rPr>
                <w:b/>
                <w:color w:val="4CA92B"/>
                <w:lang w:val="bs-Latn-BA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63A73C03" w14:textId="77777777" w:rsidR="005624E6" w:rsidRPr="005624E6" w:rsidRDefault="005624E6" w:rsidP="005624E6">
            <w:pPr>
              <w:rPr>
                <w:lang w:val="bs-Latn-BA"/>
              </w:rPr>
            </w:pPr>
          </w:p>
        </w:tc>
      </w:tr>
    </w:tbl>
    <w:p w14:paraId="07FA4727" w14:textId="15265243" w:rsidR="00BD3FBD" w:rsidRPr="005624E6" w:rsidRDefault="00007ECB">
      <w:pPr>
        <w:pStyle w:val="GSItem"/>
        <w:ind w:left="57"/>
        <w:rPr>
          <w:lang w:val="bs-Latn-BA"/>
        </w:rPr>
      </w:pPr>
      <w:r w:rsidRPr="005624E6">
        <w:rPr>
          <w:lang w:val="bs-Latn-BA"/>
        </w:rPr>
        <w:t>Praktičnu obuku kod poslodavca</w:t>
      </w:r>
    </w:p>
    <w:p w14:paraId="2312AF82" w14:textId="11E7C9B4" w:rsidR="005624E6" w:rsidRDefault="00007ECB" w:rsidP="00C8599F">
      <w:pPr>
        <w:spacing w:after="80"/>
        <w:ind w:left="283"/>
        <w:rPr>
          <w:lang w:val="bs-Latn-BA"/>
        </w:rPr>
      </w:pPr>
      <w:r w:rsidRPr="005624E6">
        <w:rPr>
          <w:lang w:val="bs-Latn-BA"/>
        </w:rPr>
        <w:t xml:space="preserve">Već imaš zanimanje, ali ti </w:t>
      </w:r>
      <w:r w:rsidRPr="005624E6">
        <w:rPr>
          <w:b/>
          <w:bCs/>
          <w:lang w:val="bs-Latn-BA"/>
        </w:rPr>
        <w:t>nedostaje radno iskustvo</w:t>
      </w:r>
      <w:r w:rsidRPr="005624E6">
        <w:rPr>
          <w:lang w:val="bs-Latn-BA"/>
        </w:rPr>
        <w:t xml:space="preserve">? Kroz praktičnu obuku kod poslodavca možeš </w:t>
      </w:r>
      <w:r w:rsidRPr="005624E6">
        <w:rPr>
          <w:b/>
          <w:bCs/>
          <w:lang w:val="bs-Latn-BA"/>
        </w:rPr>
        <w:t>steći iskustvo u stvarnom radnom okruženju, razviti svoje vještine i povećati šanse za zaposlenje</w:t>
      </w:r>
      <w:r w:rsidRPr="005624E6">
        <w:rPr>
          <w:lang w:val="bs-Latn-BA"/>
        </w:rPr>
        <w:t>.</w:t>
      </w:r>
    </w:p>
    <w:p w14:paraId="01AF6141" w14:textId="77777777" w:rsidR="00C8599F" w:rsidRPr="005624E6" w:rsidRDefault="00C8599F" w:rsidP="00C8599F">
      <w:pPr>
        <w:spacing w:after="80"/>
        <w:ind w:left="283"/>
        <w:rPr>
          <w:lang w:val="bs-Latn-BA"/>
        </w:rPr>
      </w:pPr>
    </w:p>
    <w:p w14:paraId="323A8317" w14:textId="22293CEA" w:rsidR="00BD3FBD" w:rsidRPr="005624E6" w:rsidRDefault="00007ECB">
      <w:pPr>
        <w:pStyle w:val="GSItem"/>
        <w:ind w:left="57"/>
        <w:rPr>
          <w:lang w:val="bs-Latn-BA"/>
        </w:rPr>
      </w:pPr>
      <w:r w:rsidRPr="005624E6">
        <w:rPr>
          <w:lang w:val="bs-Latn-BA"/>
        </w:rPr>
        <w:t>Obuku za traženje posla</w:t>
      </w:r>
    </w:p>
    <w:p w14:paraId="09C3E8F8" w14:textId="4BF7E2B6" w:rsidR="00BD3FBD" w:rsidRPr="005624E6" w:rsidRDefault="00007ECB">
      <w:pPr>
        <w:spacing w:after="80"/>
        <w:ind w:left="283"/>
        <w:rPr>
          <w:lang w:val="bs-Latn-BA"/>
        </w:rPr>
      </w:pPr>
      <w:r w:rsidRPr="005624E6">
        <w:rPr>
          <w:lang w:val="bs-Latn-BA"/>
        </w:rPr>
        <w:t xml:space="preserve">Imaš znanje i vještine, ali ti je </w:t>
      </w:r>
      <w:r w:rsidRPr="005624E6">
        <w:rPr>
          <w:b/>
          <w:bCs/>
          <w:lang w:val="bs-Latn-BA"/>
        </w:rPr>
        <w:t>potrebna pomoć da se bolje predstaviš poslodavcu</w:t>
      </w:r>
      <w:r w:rsidRPr="005624E6">
        <w:rPr>
          <w:lang w:val="bs-Latn-BA"/>
        </w:rPr>
        <w:t xml:space="preserve">? Nauči </w:t>
      </w:r>
      <w:r w:rsidRPr="005624E6">
        <w:rPr>
          <w:b/>
          <w:bCs/>
          <w:lang w:val="bs-Latn-BA"/>
        </w:rPr>
        <w:t>kako napisati CV i prijavu za posao, pripremiti se za razgovor za posao</w:t>
      </w:r>
      <w:r w:rsidRPr="005624E6">
        <w:rPr>
          <w:lang w:val="bs-Latn-BA"/>
        </w:rPr>
        <w:t xml:space="preserve"> i povećati svoje šanse za zaposlenje.</w:t>
      </w:r>
    </w:p>
    <w:p w14:paraId="2276C8F8" w14:textId="77777777" w:rsidR="005624E6" w:rsidRPr="005624E6" w:rsidRDefault="005624E6">
      <w:pPr>
        <w:pStyle w:val="GSItem"/>
        <w:ind w:left="57"/>
        <w:rPr>
          <w:lang w:val="bs-Latn-BA"/>
        </w:rPr>
      </w:pPr>
    </w:p>
    <w:p w14:paraId="3BCD1CE1" w14:textId="1EE3C12E" w:rsidR="00BD3FBD" w:rsidRPr="005624E6" w:rsidRDefault="00007ECB">
      <w:pPr>
        <w:pStyle w:val="GSItem"/>
        <w:ind w:left="57"/>
        <w:rPr>
          <w:lang w:val="bs-Latn-BA"/>
        </w:rPr>
      </w:pPr>
      <w:r w:rsidRPr="005624E6">
        <w:rPr>
          <w:lang w:val="bs-Latn-BA"/>
        </w:rPr>
        <w:t>Podršku za pokretanje vlastitog posla</w:t>
      </w:r>
    </w:p>
    <w:p w14:paraId="46D9B2B6" w14:textId="77777777" w:rsidR="00BD3FBD" w:rsidRPr="005624E6" w:rsidRDefault="00007ECB">
      <w:pPr>
        <w:spacing w:after="80"/>
        <w:ind w:left="283"/>
        <w:rPr>
          <w:lang w:val="bs-Latn-BA"/>
        </w:rPr>
      </w:pPr>
      <w:r w:rsidRPr="005624E6">
        <w:rPr>
          <w:lang w:val="bs-Latn-BA"/>
        </w:rPr>
        <w:t xml:space="preserve">Za one koji žele pokrenuti vlastiti posao, projekat nudi </w:t>
      </w:r>
      <w:r w:rsidRPr="005624E6">
        <w:rPr>
          <w:b/>
          <w:bCs/>
          <w:lang w:val="bs-Latn-BA"/>
        </w:rPr>
        <w:t xml:space="preserve">SIYB obuku za pokretanje i razvoj biznisa, mentorsku podršku za razvoj poslovne ideje i izradu poslovnog plana, kao i mogućnost finansijske podrške (granta) </w:t>
      </w:r>
      <w:r w:rsidRPr="005624E6">
        <w:rPr>
          <w:lang w:val="bs-Latn-BA"/>
        </w:rPr>
        <w:t>za najbolje poslovne ideje.</w:t>
      </w:r>
    </w:p>
    <w:p w14:paraId="3113121C" w14:textId="77777777" w:rsidR="005624E6" w:rsidRPr="005624E6" w:rsidRDefault="005624E6">
      <w:pPr>
        <w:spacing w:after="80"/>
        <w:ind w:left="283"/>
        <w:rPr>
          <w:lang w:val="bs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BD3FBD" w:rsidRPr="005624E6" w14:paraId="274C2217" w14:textId="77777777">
        <w:trPr>
          <w:jc w:val="center"/>
        </w:trPr>
        <w:tc>
          <w:tcPr>
            <w:tcW w:w="10312" w:type="dxa"/>
            <w:shd w:val="clear" w:color="auto" w:fill="EAF2F8"/>
            <w:tcMar>
              <w:top w:w="110" w:type="dxa"/>
              <w:left w:w="170" w:type="dxa"/>
              <w:bottom w:w="110" w:type="dxa"/>
              <w:right w:w="170" w:type="dxa"/>
            </w:tcMar>
          </w:tcPr>
          <w:p w14:paraId="28A9DB31" w14:textId="77777777" w:rsidR="00BD3FBD" w:rsidRPr="005624E6" w:rsidRDefault="00007ECB" w:rsidP="005624E6">
            <w:pPr>
              <w:spacing w:after="40"/>
              <w:rPr>
                <w:lang w:val="bs-Latn-BA"/>
              </w:rPr>
            </w:pPr>
            <w:r w:rsidRPr="005624E6">
              <w:rPr>
                <w:b/>
                <w:color w:val="003466"/>
                <w:lang w:val="bs-Latn-BA"/>
              </w:rPr>
              <w:t>Nisi siguran/a šta je najbolje za tebe? Nema problema.</w:t>
            </w:r>
          </w:p>
          <w:p w14:paraId="174AAFEF" w14:textId="77777777" w:rsidR="00BD3FBD" w:rsidRPr="005624E6" w:rsidRDefault="00007ECB" w:rsidP="005624E6">
            <w:pPr>
              <w:spacing w:after="0"/>
              <w:rPr>
                <w:lang w:val="bs-Latn-BA"/>
              </w:rPr>
            </w:pPr>
            <w:r w:rsidRPr="005624E6">
              <w:rPr>
                <w:lang w:val="bs-Latn-BA"/>
              </w:rPr>
              <w:t>Ne moraš unaprijed znati koju vrstu podrške želiš. Nakon prijave pomoći ćemo ti da odabereš mogućnost koja ti najviše odgovara.</w:t>
            </w:r>
          </w:p>
        </w:tc>
      </w:tr>
    </w:tbl>
    <w:p w14:paraId="2EC4A406" w14:textId="5E9E8183" w:rsidR="00BD3FBD" w:rsidRPr="005624E6" w:rsidRDefault="008947BB">
      <w:pPr>
        <w:pStyle w:val="GSHeading"/>
        <w:rPr>
          <w:u w:val="single"/>
          <w:lang w:val="bs-Latn-BA"/>
        </w:rPr>
      </w:pPr>
      <w:r>
        <w:rPr>
          <w:u w:val="single"/>
          <w:lang w:val="bs-Latn-BA"/>
        </w:rPr>
        <w:br/>
      </w:r>
      <w:r w:rsidRPr="005624E6">
        <w:rPr>
          <w:u w:val="single"/>
          <w:lang w:val="bs-Latn-BA"/>
        </w:rPr>
        <w:t>Ko može da se prijavi?</w:t>
      </w:r>
    </w:p>
    <w:p w14:paraId="48D54196" w14:textId="43251A88" w:rsidR="00BD3FBD" w:rsidRPr="005624E6" w:rsidRDefault="008947BB">
      <w:pPr>
        <w:spacing w:after="60"/>
        <w:ind w:left="255" w:hanging="142"/>
        <w:rPr>
          <w:lang w:val="bs-Latn-BA"/>
        </w:rPr>
      </w:pPr>
      <w:r>
        <w:rPr>
          <w:b/>
          <w:color w:val="4CA92B"/>
          <w:lang w:val="bs-Latn-BA"/>
        </w:rPr>
        <w:t xml:space="preserve">         </w:t>
      </w:r>
      <w:r w:rsidRPr="005624E6">
        <w:rPr>
          <w:b/>
          <w:color w:val="4CA92B"/>
          <w:lang w:val="bs-Latn-BA"/>
        </w:rPr>
        <w:t xml:space="preserve">✓ </w:t>
      </w:r>
      <w:r w:rsidRPr="005624E6">
        <w:rPr>
          <w:lang w:val="bs-Latn-BA"/>
        </w:rPr>
        <w:t xml:space="preserve">živiš na području </w:t>
      </w:r>
      <w:r w:rsidRPr="005624E6">
        <w:rPr>
          <w:b/>
          <w:bCs/>
          <w:lang w:val="bs-Latn-BA"/>
        </w:rPr>
        <w:t>Visokog, Breze ili Kaknja;</w:t>
      </w:r>
    </w:p>
    <w:p w14:paraId="3841F54E" w14:textId="0C8AE50D" w:rsidR="00BD3FBD" w:rsidRPr="005624E6" w:rsidRDefault="008947BB">
      <w:pPr>
        <w:spacing w:after="60"/>
        <w:ind w:left="255" w:hanging="142"/>
        <w:rPr>
          <w:lang w:val="bs-Latn-BA"/>
        </w:rPr>
      </w:pPr>
      <w:r>
        <w:rPr>
          <w:b/>
          <w:color w:val="4CA92B"/>
          <w:lang w:val="bs-Latn-BA"/>
        </w:rPr>
        <w:t xml:space="preserve">         </w:t>
      </w:r>
      <w:r w:rsidRPr="005624E6">
        <w:rPr>
          <w:b/>
          <w:color w:val="4CA92B"/>
          <w:lang w:val="bs-Latn-BA"/>
        </w:rPr>
        <w:t xml:space="preserve">✓  </w:t>
      </w:r>
      <w:r w:rsidRPr="005624E6">
        <w:rPr>
          <w:lang w:val="bs-Latn-BA"/>
        </w:rPr>
        <w:t xml:space="preserve">trenutno </w:t>
      </w:r>
      <w:r w:rsidRPr="005624E6">
        <w:rPr>
          <w:b/>
          <w:bCs/>
          <w:lang w:val="bs-Latn-BA"/>
        </w:rPr>
        <w:t>nemaš posao;</w:t>
      </w:r>
    </w:p>
    <w:p w14:paraId="556C74B2" w14:textId="6B7DC067" w:rsidR="00BD3FBD" w:rsidRPr="005624E6" w:rsidRDefault="008947BB">
      <w:pPr>
        <w:spacing w:after="60"/>
        <w:ind w:left="255" w:hanging="142"/>
        <w:rPr>
          <w:b/>
          <w:bCs/>
          <w:lang w:val="bs-Latn-BA"/>
        </w:rPr>
      </w:pPr>
      <w:r>
        <w:rPr>
          <w:b/>
          <w:color w:val="4CA92B"/>
          <w:lang w:val="bs-Latn-BA"/>
        </w:rPr>
        <w:t xml:space="preserve">         </w:t>
      </w:r>
      <w:r w:rsidRPr="005624E6">
        <w:rPr>
          <w:b/>
          <w:color w:val="4CA92B"/>
          <w:lang w:val="bs-Latn-BA"/>
        </w:rPr>
        <w:t xml:space="preserve">✓  </w:t>
      </w:r>
      <w:r w:rsidRPr="005624E6">
        <w:rPr>
          <w:lang w:val="bs-Latn-BA"/>
        </w:rPr>
        <w:t xml:space="preserve">nalaziš se </w:t>
      </w:r>
      <w:r w:rsidRPr="005624E6">
        <w:rPr>
          <w:b/>
          <w:bCs/>
          <w:lang w:val="bs-Latn-BA"/>
        </w:rPr>
        <w:t>na evidenciji biroa rada ili si spreman/na prijaviti se na evidenciju radi učešća;</w:t>
      </w:r>
    </w:p>
    <w:p w14:paraId="3CC5B5D1" w14:textId="524B201C" w:rsidR="00BD3FBD" w:rsidRPr="005624E6" w:rsidRDefault="008947BB">
      <w:pPr>
        <w:spacing w:after="60"/>
        <w:ind w:left="255" w:hanging="142"/>
        <w:rPr>
          <w:b/>
          <w:bCs/>
          <w:lang w:val="bs-Latn-BA"/>
        </w:rPr>
      </w:pPr>
      <w:r>
        <w:rPr>
          <w:b/>
          <w:color w:val="4CA92B"/>
          <w:lang w:val="bs-Latn-BA"/>
        </w:rPr>
        <w:t xml:space="preserve">         </w:t>
      </w:r>
      <w:r w:rsidRPr="005624E6">
        <w:rPr>
          <w:b/>
          <w:color w:val="4CA92B"/>
          <w:lang w:val="bs-Latn-BA"/>
        </w:rPr>
        <w:t xml:space="preserve">✓ </w:t>
      </w:r>
      <w:r w:rsidRPr="005624E6">
        <w:rPr>
          <w:b/>
          <w:bCs/>
          <w:lang w:val="bs-Latn-BA"/>
        </w:rPr>
        <w:t>želiš steći nova znanja i vještine, pronaći posao ili pokrenuti vlastiti posao.</w:t>
      </w:r>
    </w:p>
    <w:p w14:paraId="42B01EA6" w14:textId="01DB6CAA" w:rsidR="00BD3FBD" w:rsidRPr="005624E6" w:rsidRDefault="008947BB" w:rsidP="005624E6">
      <w:pPr>
        <w:pStyle w:val="GSHeading"/>
        <w:rPr>
          <w:u w:val="single"/>
          <w:lang w:val="bs-Latn-BA"/>
        </w:rPr>
      </w:pPr>
      <w:r>
        <w:rPr>
          <w:u w:val="single"/>
          <w:lang w:val="bs-Latn-BA"/>
        </w:rPr>
        <w:br/>
      </w:r>
      <w:r w:rsidRPr="005624E6">
        <w:rPr>
          <w:u w:val="single"/>
          <w:lang w:val="bs-Latn-BA"/>
        </w:rPr>
        <w:t>Kako se prijaviti?</w:t>
      </w:r>
    </w:p>
    <w:p w14:paraId="7994A6BC" w14:textId="15A665C9" w:rsidR="00BD3FBD" w:rsidRPr="005624E6" w:rsidRDefault="008947BB">
      <w:pPr>
        <w:spacing w:after="40"/>
        <w:ind w:left="170"/>
        <w:rPr>
          <w:lang w:val="bs-Latn-BA"/>
        </w:rPr>
      </w:pPr>
      <w:r>
        <w:rPr>
          <w:b/>
          <w:color w:val="4CA92B"/>
          <w:lang w:val="bs-Latn-BA"/>
        </w:rPr>
        <w:t xml:space="preserve">       </w:t>
      </w:r>
      <w:r w:rsidRPr="005624E6">
        <w:rPr>
          <w:b/>
          <w:color w:val="4CA92B"/>
          <w:lang w:val="bs-Latn-BA"/>
        </w:rPr>
        <w:t xml:space="preserve">✓ </w:t>
      </w:r>
      <w:r>
        <w:rPr>
          <w:b/>
          <w:color w:val="4CA92B"/>
          <w:lang w:val="bs-Latn-BA"/>
        </w:rPr>
        <w:t xml:space="preserve"> </w:t>
      </w:r>
      <w:r w:rsidRPr="008947BB">
        <w:rPr>
          <w:b/>
          <w:color w:val="auto"/>
          <w:lang w:val="bs-Latn-BA"/>
        </w:rPr>
        <w:t xml:space="preserve">Online – </w:t>
      </w:r>
      <w:r w:rsidRPr="005624E6">
        <w:rPr>
          <w:lang w:val="bs-Latn-BA"/>
        </w:rPr>
        <w:t xml:space="preserve">popuni kratki prijavni obrazac na linku: </w:t>
      </w:r>
      <w:hyperlink r:id="rId9" w:history="1">
        <w:r w:rsidR="00DC7AED" w:rsidRPr="00DC7AED">
          <w:rPr>
            <w:rStyle w:val="Hiperveza"/>
          </w:rPr>
          <w:t>Prijavni obrazac</w:t>
        </w:r>
      </w:hyperlink>
    </w:p>
    <w:p w14:paraId="56CD71BB" w14:textId="6CB6B458" w:rsidR="00BD3FBD" w:rsidRDefault="008947BB">
      <w:pPr>
        <w:spacing w:after="80"/>
        <w:ind w:left="170"/>
        <w:rPr>
          <w:lang w:val="bs-Latn-BA"/>
        </w:rPr>
      </w:pPr>
      <w:r>
        <w:rPr>
          <w:b/>
          <w:color w:val="4CA92B"/>
          <w:lang w:val="bs-Latn-BA"/>
        </w:rPr>
        <w:t xml:space="preserve">       </w:t>
      </w:r>
      <w:r w:rsidRPr="005624E6">
        <w:rPr>
          <w:b/>
          <w:color w:val="4CA92B"/>
          <w:lang w:val="bs-Latn-BA"/>
        </w:rPr>
        <w:t xml:space="preserve">✓ </w:t>
      </w:r>
      <w:r>
        <w:rPr>
          <w:b/>
          <w:color w:val="4CA92B"/>
          <w:lang w:val="bs-Latn-BA"/>
        </w:rPr>
        <w:t xml:space="preserve"> </w:t>
      </w:r>
      <w:r w:rsidRPr="008947BB">
        <w:rPr>
          <w:b/>
          <w:color w:val="auto"/>
          <w:lang w:val="bs-Latn-BA"/>
        </w:rPr>
        <w:t xml:space="preserve">Lično </w:t>
      </w:r>
      <w:r w:rsidR="005624E6" w:rsidRPr="008947BB">
        <w:rPr>
          <w:b/>
          <w:color w:val="auto"/>
          <w:lang w:val="bs-Latn-BA"/>
        </w:rPr>
        <w:t xml:space="preserve"> </w:t>
      </w:r>
      <w:r w:rsidRPr="008947BB">
        <w:rPr>
          <w:b/>
          <w:color w:val="auto"/>
          <w:lang w:val="bs-Latn-BA"/>
        </w:rPr>
        <w:t xml:space="preserve">– </w:t>
      </w:r>
      <w:r w:rsidRPr="005624E6">
        <w:rPr>
          <w:lang w:val="bs-Latn-BA"/>
        </w:rPr>
        <w:t>prijavni obrazac možeš popuniti u Birou rada Visoko, Breza ili Kakanj.</w:t>
      </w:r>
    </w:p>
    <w:p w14:paraId="2038FB26" w14:textId="728E3444" w:rsidR="005A3CF5" w:rsidRPr="005624E6" w:rsidRDefault="005A3CF5">
      <w:pPr>
        <w:spacing w:after="80"/>
        <w:ind w:left="170"/>
        <w:rPr>
          <w:lang w:val="bs-Latn-BA"/>
        </w:rPr>
      </w:pPr>
      <w:r w:rsidRPr="005A3CF5">
        <w:t xml:space="preserve">Prijava je </w:t>
      </w:r>
      <w:r>
        <w:t>jednostavna</w:t>
      </w:r>
      <w:r w:rsidRPr="005A3CF5">
        <w:t xml:space="preserve"> i traje svega nekoliko minuta.</w:t>
      </w:r>
    </w:p>
    <w:p w14:paraId="4EF481A8" w14:textId="77777777" w:rsidR="005624E6" w:rsidRPr="005624E6" w:rsidRDefault="005624E6">
      <w:pPr>
        <w:spacing w:after="80"/>
        <w:ind w:left="170"/>
        <w:rPr>
          <w:lang w:val="bs-Latn-BA"/>
        </w:rPr>
      </w:pPr>
    </w:p>
    <w:p w14:paraId="5E6FCB13" w14:textId="77777777" w:rsidR="005624E6" w:rsidRPr="005624E6" w:rsidRDefault="005624E6" w:rsidP="005624E6">
      <w:pPr>
        <w:spacing w:after="0" w:line="276" w:lineRule="auto"/>
        <w:jc w:val="both"/>
        <w:rPr>
          <w:lang w:val="bs-Latn-BA"/>
        </w:rPr>
      </w:pPr>
      <w:r w:rsidRPr="005624E6">
        <w:rPr>
          <w:lang w:val="bs-Latn-BA"/>
        </w:rPr>
        <w:t xml:space="preserve">Javni poziv ostaje </w:t>
      </w:r>
      <w:r w:rsidRPr="005A3CF5">
        <w:rPr>
          <w:b/>
          <w:bCs/>
          <w:lang w:val="bs-Latn-BA"/>
        </w:rPr>
        <w:t>otvoren</w:t>
      </w:r>
      <w:r w:rsidRPr="005624E6">
        <w:rPr>
          <w:lang w:val="bs-Latn-BA"/>
        </w:rPr>
        <w:t xml:space="preserve"> </w:t>
      </w:r>
      <w:r w:rsidRPr="005624E6">
        <w:rPr>
          <w:b/>
          <w:bCs/>
          <w:lang w:val="bs-Latn-BA"/>
        </w:rPr>
        <w:t>do popunjavanja planiranog broja učesnika</w:t>
      </w:r>
      <w:r w:rsidRPr="005624E6">
        <w:rPr>
          <w:lang w:val="bs-Latn-BA"/>
        </w:rPr>
        <w:t xml:space="preserve">, zato preporučujemo da se prijaviš što prije. </w:t>
      </w:r>
    </w:p>
    <w:p w14:paraId="468BCA11" w14:textId="77777777" w:rsidR="005624E6" w:rsidRPr="005624E6" w:rsidRDefault="005624E6" w:rsidP="005624E6">
      <w:pPr>
        <w:spacing w:after="0" w:line="276" w:lineRule="auto"/>
        <w:jc w:val="both"/>
        <w:rPr>
          <w:lang w:val="bs-Latn-BA"/>
        </w:rPr>
      </w:pPr>
    </w:p>
    <w:p w14:paraId="01CE727F" w14:textId="3327CD3D" w:rsidR="005624E6" w:rsidRPr="005624E6" w:rsidRDefault="005624E6" w:rsidP="005624E6">
      <w:pPr>
        <w:spacing w:after="0" w:line="276" w:lineRule="auto"/>
        <w:jc w:val="both"/>
        <w:rPr>
          <w:lang w:val="bs-Latn-BA"/>
        </w:rPr>
      </w:pPr>
      <w:r w:rsidRPr="005624E6">
        <w:rPr>
          <w:lang w:val="bs-Latn-BA"/>
        </w:rPr>
        <w:t xml:space="preserve">Za dodatne informacije možeš nam se javiti putem e-maila </w:t>
      </w:r>
      <w:r w:rsidRPr="005624E6">
        <w:rPr>
          <w:b/>
          <w:bCs/>
          <w:lang w:val="bs-Latn-BA"/>
        </w:rPr>
        <w:t>sanela.puscul@cefebih.org</w:t>
      </w:r>
      <w:r w:rsidRPr="005624E6">
        <w:rPr>
          <w:lang w:val="bs-Latn-BA"/>
        </w:rPr>
        <w:t xml:space="preserve"> ili na broj </w:t>
      </w:r>
      <w:r w:rsidRPr="005624E6">
        <w:rPr>
          <w:b/>
          <w:bCs/>
          <w:lang w:val="bs-Latn-BA"/>
        </w:rPr>
        <w:t>065</w:t>
      </w:r>
      <w:r w:rsidR="00102334">
        <w:rPr>
          <w:b/>
          <w:bCs/>
          <w:lang w:val="bs-Latn-BA"/>
        </w:rPr>
        <w:t xml:space="preserve"> </w:t>
      </w:r>
      <w:r w:rsidRPr="005624E6">
        <w:rPr>
          <w:b/>
          <w:bCs/>
          <w:lang w:val="bs-Latn-BA"/>
        </w:rPr>
        <w:t>865</w:t>
      </w:r>
      <w:r w:rsidR="00102334">
        <w:rPr>
          <w:b/>
          <w:bCs/>
          <w:lang w:val="bs-Latn-BA"/>
        </w:rPr>
        <w:t xml:space="preserve"> </w:t>
      </w:r>
      <w:r w:rsidRPr="005624E6">
        <w:rPr>
          <w:b/>
          <w:bCs/>
          <w:lang w:val="bs-Latn-BA"/>
        </w:rPr>
        <w:t>444</w:t>
      </w:r>
      <w:r w:rsidRPr="005624E6">
        <w:rPr>
          <w:lang w:val="bs-Latn-BA"/>
        </w:rPr>
        <w:t xml:space="preserve">. </w:t>
      </w:r>
    </w:p>
    <w:p w14:paraId="680B1666" w14:textId="77777777" w:rsidR="005624E6" w:rsidRPr="005624E6" w:rsidRDefault="005624E6" w:rsidP="005624E6">
      <w:pPr>
        <w:spacing w:after="0" w:line="276" w:lineRule="auto"/>
        <w:jc w:val="both"/>
        <w:rPr>
          <w:color w:val="3071C3" w:themeColor="text2" w:themeTint="BF"/>
          <w:sz w:val="20"/>
          <w:szCs w:val="20"/>
          <w:lang w:val="bs-Latn-BA"/>
        </w:rPr>
      </w:pPr>
    </w:p>
    <w:p w14:paraId="25BE1D16" w14:textId="77777777" w:rsidR="00C8599F" w:rsidRDefault="00C8599F" w:rsidP="005624E6">
      <w:pPr>
        <w:spacing w:after="0" w:line="240" w:lineRule="auto"/>
        <w:jc w:val="both"/>
        <w:rPr>
          <w:i/>
          <w:iCs/>
          <w:color w:val="3071C3" w:themeColor="text2" w:themeTint="BF"/>
          <w:lang w:val="bs-Latn-BA"/>
        </w:rPr>
      </w:pPr>
    </w:p>
    <w:p w14:paraId="7395514F" w14:textId="77777777" w:rsidR="00C8599F" w:rsidRDefault="00C8599F" w:rsidP="005624E6">
      <w:pPr>
        <w:spacing w:after="0" w:line="240" w:lineRule="auto"/>
        <w:jc w:val="both"/>
        <w:rPr>
          <w:i/>
          <w:iCs/>
          <w:color w:val="3071C3" w:themeColor="text2" w:themeTint="BF"/>
          <w:lang w:val="bs-Latn-BA"/>
        </w:rPr>
      </w:pPr>
    </w:p>
    <w:p w14:paraId="0C6743F7" w14:textId="00E0D618" w:rsidR="005624E6" w:rsidRPr="005624E6" w:rsidRDefault="005624E6" w:rsidP="005624E6">
      <w:pPr>
        <w:spacing w:after="0" w:line="240" w:lineRule="auto"/>
        <w:jc w:val="both"/>
        <w:rPr>
          <w:color w:val="3071C3" w:themeColor="text2" w:themeTint="BF"/>
          <w:lang w:val="bs-Latn-BA"/>
        </w:rPr>
      </w:pPr>
      <w:r w:rsidRPr="005624E6">
        <w:rPr>
          <w:i/>
          <w:iCs/>
          <w:color w:val="3071C3" w:themeColor="text2" w:themeTint="BF"/>
          <w:lang w:val="bs-Latn-BA"/>
        </w:rPr>
        <w:t>Projekat EUzaPosloveBUDUĆNOSTI ima za cilj poboljšanje socio-ekonomske situacije i uslova života u Bosni i Hercegovini nakon pandemije COVID</w:t>
      </w:r>
      <w:r w:rsidR="001B116B">
        <w:rPr>
          <w:i/>
          <w:iCs/>
          <w:color w:val="3071C3" w:themeColor="text2" w:themeTint="BF"/>
          <w:lang w:val="bs-Latn-BA"/>
        </w:rPr>
        <w:t>-</w:t>
      </w:r>
      <w:r w:rsidRPr="005624E6">
        <w:rPr>
          <w:i/>
          <w:iCs/>
          <w:color w:val="3071C3" w:themeColor="text2" w:themeTint="BF"/>
          <w:lang w:val="bs-Latn-BA"/>
        </w:rPr>
        <w:t>19 kao i da osigura podršku “zelenom i digitalnom” socio-ekonomskom oporavku. Projekat je posebno usmjeren na postpandemijsko zapošljavanje i osiguranje pristupa tržištu rada putem unaprijeđenja regenerativne/cirkularne ekonomije</w:t>
      </w:r>
      <w:r w:rsidRPr="005624E6">
        <w:rPr>
          <w:b/>
          <w:bCs/>
          <w:i/>
          <w:iCs/>
          <w:color w:val="3071C3" w:themeColor="text2" w:themeTint="BF"/>
          <w:lang w:val="bs-Latn-BA"/>
        </w:rPr>
        <w:t xml:space="preserve"> </w:t>
      </w:r>
      <w:r w:rsidRPr="005624E6">
        <w:rPr>
          <w:i/>
          <w:iCs/>
          <w:color w:val="3071C3" w:themeColor="text2" w:themeTint="BF"/>
          <w:lang w:val="bs-Latn-BA"/>
        </w:rPr>
        <w:t xml:space="preserve">u BiH. </w:t>
      </w:r>
    </w:p>
    <w:p w14:paraId="70A71D57" w14:textId="77777777" w:rsidR="005624E6" w:rsidRPr="005624E6" w:rsidRDefault="005624E6" w:rsidP="005624E6">
      <w:pPr>
        <w:spacing w:after="0" w:line="240" w:lineRule="auto"/>
        <w:jc w:val="both"/>
        <w:rPr>
          <w:color w:val="3071C3" w:themeColor="text2" w:themeTint="BF"/>
          <w:lang w:val="bs-Latn-BA"/>
        </w:rPr>
      </w:pPr>
      <w:r w:rsidRPr="005624E6">
        <w:rPr>
          <w:i/>
          <w:iCs/>
          <w:color w:val="3071C3" w:themeColor="text2" w:themeTint="BF"/>
          <w:lang w:val="bs-Latn-BA"/>
        </w:rPr>
        <w:t xml:space="preserve">Fokus projekta je na povećanju mogućnosti zapošljavanja mladih, žena, dugotrajno nezaposlenih osoba i drugih ranjivih grupa kombinovanjem programa bespovratnih sredstava i tehničke pomoći u Bosni i Hercegovini. </w:t>
      </w:r>
    </w:p>
    <w:p w14:paraId="32BDC3C4" w14:textId="77777777" w:rsidR="002F0727" w:rsidRPr="002F0727" w:rsidRDefault="002F0727" w:rsidP="002F0727">
      <w:pPr>
        <w:spacing w:after="0" w:line="240" w:lineRule="auto"/>
        <w:jc w:val="both"/>
        <w:rPr>
          <w:i/>
          <w:iCs/>
          <w:color w:val="3071C3" w:themeColor="text2" w:themeTint="BF"/>
          <w:lang w:val="bs-Latn-BA"/>
        </w:rPr>
      </w:pPr>
      <w:r w:rsidRPr="002F0727">
        <w:rPr>
          <w:i/>
          <w:iCs/>
          <w:color w:val="3071C3" w:themeColor="text2" w:themeTint="BF"/>
          <w:lang w:val="bs-Latn-BA"/>
        </w:rPr>
        <w:t xml:space="preserve">Projekat EUzaPosloveBUDUĆNOSTI, koji finansira Evropska unija i čija je ukupna vrijednost 5,5 miliona eura, realizuje Međunarodna organizacija rada u BiH. Za više informacija o projektu posjetite </w:t>
      </w:r>
      <w:hyperlink r:id="rId10" w:history="1">
        <w:r w:rsidRPr="002F0727">
          <w:rPr>
            <w:rStyle w:val="Hiperveza"/>
            <w:i/>
            <w:iCs/>
            <w:lang w:val="bs-Latn-BA"/>
          </w:rPr>
          <w:t>www.euzaposlovebuducnosti.ba</w:t>
        </w:r>
      </w:hyperlink>
      <w:r w:rsidRPr="002F0727">
        <w:rPr>
          <w:i/>
          <w:iCs/>
          <w:color w:val="3071C3" w:themeColor="text2" w:themeTint="BF"/>
          <w:lang w:val="bs-Latn-BA"/>
        </w:rPr>
        <w:t xml:space="preserve"> i kanale projekta na društvenim mrežama.</w:t>
      </w:r>
    </w:p>
    <w:p w14:paraId="0E3CB27E" w14:textId="392DF286" w:rsidR="00BD3FBD" w:rsidRPr="005624E6" w:rsidRDefault="00BD3FBD" w:rsidP="002F0727">
      <w:pPr>
        <w:spacing w:after="0" w:line="240" w:lineRule="auto"/>
        <w:jc w:val="both"/>
        <w:rPr>
          <w:i/>
          <w:iCs/>
          <w:color w:val="3071C3" w:themeColor="text2" w:themeTint="BF"/>
          <w:lang w:val="bs-Latn-BA"/>
        </w:rPr>
      </w:pPr>
    </w:p>
    <w:sectPr w:rsidR="00BD3FBD" w:rsidRPr="005624E6" w:rsidSect="00034616">
      <w:footerReference w:type="default" r:id="rId11"/>
      <w:pgSz w:w="12240" w:h="15840"/>
      <w:pgMar w:top="765" w:right="964" w:bottom="76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70665" w14:textId="77777777" w:rsidR="00007ECB" w:rsidRDefault="00007ECB">
      <w:pPr>
        <w:spacing w:after="0" w:line="240" w:lineRule="auto"/>
      </w:pPr>
      <w:r>
        <w:separator/>
      </w:r>
    </w:p>
  </w:endnote>
  <w:endnote w:type="continuationSeparator" w:id="0">
    <w:p w14:paraId="0BFF6EE0" w14:textId="77777777" w:rsidR="00007ECB" w:rsidRDefault="00007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6B180" w14:textId="77777777" w:rsidR="00BD3FBD" w:rsidRDefault="00007ECB">
    <w:pPr>
      <w:pStyle w:val="Podnoj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BAE42D" wp14:editId="3353C6EE">
          <wp:simplePos x="0" y="0"/>
          <wp:positionH relativeFrom="column">
            <wp:posOffset>4798060</wp:posOffset>
          </wp:positionH>
          <wp:positionV relativeFrom="paragraph">
            <wp:posOffset>-44450</wp:posOffset>
          </wp:positionV>
          <wp:extent cx="1655999" cy="552000"/>
          <wp:effectExtent l="0" t="0" r="1905" b="0"/>
          <wp:wrapTight wrapText="bothSides">
            <wp:wrapPolygon edited="0">
              <wp:start x="2734" y="0"/>
              <wp:lineTo x="994" y="3728"/>
              <wp:lineTo x="0" y="8203"/>
              <wp:lineTo x="0" y="14168"/>
              <wp:lineTo x="1243" y="18642"/>
              <wp:lineTo x="1740" y="20133"/>
              <wp:lineTo x="4723" y="20133"/>
              <wp:lineTo x="20631" y="18642"/>
              <wp:lineTo x="21376" y="17896"/>
              <wp:lineTo x="21376" y="7457"/>
              <wp:lineTo x="3977" y="0"/>
              <wp:lineTo x="2734" y="0"/>
            </wp:wrapPolygon>
          </wp:wrapTight>
          <wp:docPr id="7690697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5999" cy="55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F470D8" w14:textId="62B45799" w:rsidR="00BD3FBD" w:rsidRDefault="00BD3FBD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07D85" w14:textId="77777777" w:rsidR="00007ECB" w:rsidRDefault="00007ECB">
      <w:pPr>
        <w:spacing w:after="0" w:line="240" w:lineRule="auto"/>
      </w:pPr>
      <w:r>
        <w:separator/>
      </w:r>
    </w:p>
  </w:footnote>
  <w:footnote w:type="continuationSeparator" w:id="0">
    <w:p w14:paraId="4325389F" w14:textId="77777777" w:rsidR="00007ECB" w:rsidRDefault="00007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0333321">
    <w:abstractNumId w:val="8"/>
  </w:num>
  <w:num w:numId="2" w16cid:durableId="1245455324">
    <w:abstractNumId w:val="6"/>
  </w:num>
  <w:num w:numId="3" w16cid:durableId="1237517247">
    <w:abstractNumId w:val="5"/>
  </w:num>
  <w:num w:numId="4" w16cid:durableId="938950944">
    <w:abstractNumId w:val="4"/>
  </w:num>
  <w:num w:numId="5" w16cid:durableId="456022818">
    <w:abstractNumId w:val="7"/>
  </w:num>
  <w:num w:numId="6" w16cid:durableId="644818725">
    <w:abstractNumId w:val="3"/>
  </w:num>
  <w:num w:numId="7" w16cid:durableId="2076780978">
    <w:abstractNumId w:val="2"/>
  </w:num>
  <w:num w:numId="8" w16cid:durableId="599339439">
    <w:abstractNumId w:val="1"/>
  </w:num>
  <w:num w:numId="9" w16cid:durableId="511065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ECB"/>
    <w:rsid w:val="00034616"/>
    <w:rsid w:val="0006063C"/>
    <w:rsid w:val="00102334"/>
    <w:rsid w:val="0015074B"/>
    <w:rsid w:val="001B116B"/>
    <w:rsid w:val="0029639D"/>
    <w:rsid w:val="002F0727"/>
    <w:rsid w:val="00326F90"/>
    <w:rsid w:val="003622EF"/>
    <w:rsid w:val="005624E6"/>
    <w:rsid w:val="005820D2"/>
    <w:rsid w:val="005A3CF5"/>
    <w:rsid w:val="006A6C85"/>
    <w:rsid w:val="00775B4E"/>
    <w:rsid w:val="007A4952"/>
    <w:rsid w:val="007C19B3"/>
    <w:rsid w:val="007C7677"/>
    <w:rsid w:val="008947BB"/>
    <w:rsid w:val="008E7718"/>
    <w:rsid w:val="00AA1D8D"/>
    <w:rsid w:val="00B427B7"/>
    <w:rsid w:val="00B47730"/>
    <w:rsid w:val="00BD3FBD"/>
    <w:rsid w:val="00C84971"/>
    <w:rsid w:val="00C8599F"/>
    <w:rsid w:val="00CB0664"/>
    <w:rsid w:val="00DA2790"/>
    <w:rsid w:val="00DC7A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32480"/>
  <w14:defaultImageDpi w14:val="300"/>
  <w15:docId w15:val="{C3B54280-BE9E-4F35-8822-AB3D1033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222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STitle">
    <w:name w:val="GS Title"/>
    <w:pPr>
      <w:keepNext/>
      <w:spacing w:after="80"/>
    </w:pPr>
    <w:rPr>
      <w:rFonts w:ascii="Arial" w:hAnsi="Arial"/>
      <w:b/>
      <w:color w:val="003466"/>
      <w:sz w:val="36"/>
    </w:rPr>
  </w:style>
  <w:style w:type="paragraph" w:customStyle="1" w:styleId="GSSubtitle">
    <w:name w:val="GS Subtitle"/>
    <w:pPr>
      <w:keepNext/>
      <w:spacing w:after="180"/>
    </w:pPr>
    <w:rPr>
      <w:rFonts w:ascii="Arial" w:hAnsi="Arial"/>
      <w:b/>
      <w:color w:val="4CA92B"/>
      <w:sz w:val="29"/>
    </w:rPr>
  </w:style>
  <w:style w:type="paragraph" w:customStyle="1" w:styleId="GSHeading">
    <w:name w:val="GS Heading"/>
    <w:pPr>
      <w:keepNext/>
      <w:spacing w:before="200" w:after="100"/>
    </w:pPr>
    <w:rPr>
      <w:rFonts w:ascii="Arial" w:hAnsi="Arial"/>
      <w:b/>
      <w:color w:val="004F9E"/>
      <w:sz w:val="28"/>
    </w:rPr>
  </w:style>
  <w:style w:type="paragraph" w:customStyle="1" w:styleId="GSItem">
    <w:name w:val="GS Item"/>
    <w:pPr>
      <w:keepNext/>
      <w:spacing w:before="120" w:after="40"/>
    </w:pPr>
    <w:rPr>
      <w:rFonts w:ascii="Arial" w:hAnsi="Arial"/>
      <w:b/>
      <w:color w:val="003466"/>
      <w:sz w:val="23"/>
    </w:rPr>
  </w:style>
  <w:style w:type="paragraph" w:customStyle="1" w:styleId="GSSmall">
    <w:name w:val="GS Small"/>
    <w:pPr>
      <w:keepNext/>
      <w:spacing w:after="60"/>
    </w:pPr>
    <w:rPr>
      <w:rFonts w:ascii="Arial" w:hAnsi="Arial"/>
      <w:color w:val="666666"/>
      <w:sz w:val="19"/>
    </w:rPr>
  </w:style>
  <w:style w:type="character" w:styleId="Hiperveza">
    <w:name w:val="Hyperlink"/>
    <w:basedOn w:val="Zadanifontodlomka"/>
    <w:uiPriority w:val="99"/>
    <w:unhideWhenUsed/>
    <w:rsid w:val="00DC7AE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C7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uzaposlovebuducnosti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fmB7VSHPNZbnPCjIqPolaXiwQ8TFh0FVwSkspRcEsj8fDb7Q/viewform?usp=publish-edito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Sanela Puščul</cp:lastModifiedBy>
  <cp:revision>8</cp:revision>
  <dcterms:created xsi:type="dcterms:W3CDTF">2013-12-23T23:15:00Z</dcterms:created>
  <dcterms:modified xsi:type="dcterms:W3CDTF">2026-10-13T10:35:00Z</dcterms:modified>
  <cp:category/>
</cp:coreProperties>
</file>